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color w:val="1F4E79"/>
          <w:sz w:val="44"/>
        </w:rPr>
        <w:t>VJEŽBE: UPRAVLJANJE MAPAMA</w:t>
      </w:r>
    </w:p>
    <w:p>
      <w:pPr>
        <w:spacing w:before="0" w:after="320"/>
      </w:pPr>
      <w:r>
        <w:rPr>
          <w:rFonts w:ascii="Calibri" w:hAnsi="Calibri"/>
          <w:i/>
          <w:color w:val="595959"/>
          <w:sz w:val="24"/>
        </w:rPr>
        <w:t>Nastavni listić za učenike 5. razreda (Organizacija mapa bez korištenja datoteka)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2F4F7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1F4E79"/>
              <w:top w:val="none"/>
              <w:bottom w:val="none"/>
              <w:right w:val="none"/>
            </w:tcBorders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F4E79"/>
                <w:sz w:val="21"/>
              </w:rPr>
              <w:t>📌 Upute za rad:</w:t>
              <w:br/>
            </w:r>
            <w:r>
              <w:rPr>
                <w:rFonts w:ascii="Calibri" w:hAnsi="Calibri"/>
                <w:color w:val="333333"/>
                <w:sz w:val="20"/>
              </w:rPr>
              <w:t>U sljedećim vježbama vježbat ćete izradu, preimenovanje, premještanje, kopiranje i brisanje mapa te promjenu prikaza ikona. Sve zadatke izvodite u mapi svog razreda prema uputama nastavnika/ce.</w:t>
            </w:r>
          </w:p>
        </w:tc>
      </w:tr>
    </w:tbl>
    <w:p>
      <w:pPr>
        <w:spacing w:after="160"/>
      </w:pPr>
    </w:p>
    <w:p>
      <w:pPr>
        <w:pStyle w:val="Heading1"/>
        <w:keepNext/>
        <w:spacing w:before="280" w:after="80"/>
      </w:pPr>
      <w:r>
        <w:rPr>
          <w:rFonts w:ascii="Calibri" w:hAnsi="Calibri"/>
          <w:b/>
          <w:color w:val="1F4E79"/>
          <w:sz w:val="30"/>
        </w:rPr>
        <w:t>VJEŽBA 1: ŠKOLSKI PREDMETI I PRIBOR</w:t>
      </w:r>
    </w:p>
    <w:p>
      <w:pPr>
        <w:spacing w:before="0" w:after="160"/>
      </w:pPr>
      <w:r>
        <w:rPr>
          <w:rFonts w:ascii="Calibri" w:hAnsi="Calibri"/>
          <w:b/>
          <w:color w:val="595959"/>
          <w:sz w:val="20"/>
        </w:rPr>
        <w:t xml:space="preserve">Težište vježbe: </w:t>
      </w:r>
      <w:r>
        <w:rPr>
          <w:rFonts w:ascii="Calibri" w:hAnsi="Calibri"/>
          <w:i/>
          <w:color w:val="595959"/>
          <w:sz w:val="20"/>
        </w:rPr>
        <w:t>Stvaranje mapa, preimenovanje, brisanje i promjena prikaza ikona.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1. </w:t>
      </w:r>
      <w:r>
        <w:rPr>
          <w:rFonts w:ascii="Calibri" w:hAnsi="Calibri"/>
          <w:color w:val="333333"/>
          <w:sz w:val="21"/>
        </w:rPr>
        <w:t>U mapi svojeg razreda izradi novu mapu pod nazivom ŠKOLA.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2. </w:t>
      </w:r>
      <w:r>
        <w:rPr>
          <w:rFonts w:ascii="Calibri" w:hAnsi="Calibri"/>
          <w:color w:val="333333"/>
          <w:sz w:val="21"/>
        </w:rPr>
        <w:t>Otvori mapu ŠKOLA i u njoj izradi tri podmape: MATEMATIKA, HRVATSKI JEZIK i INFORMATIKA.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3. </w:t>
      </w:r>
      <w:r>
        <w:rPr>
          <w:rFonts w:ascii="Calibri" w:hAnsi="Calibri"/>
          <w:color w:val="333333"/>
          <w:sz w:val="21"/>
        </w:rPr>
        <w:t>Otvori mapu MATEMATIKA i u njoj izradi podmape: RAČUNALO, TROKUT i GEOMETRIJA.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4. </w:t>
      </w:r>
      <w:r>
        <w:rPr>
          <w:rFonts w:ascii="Calibri" w:hAnsi="Calibri"/>
          <w:color w:val="333333"/>
          <w:sz w:val="21"/>
        </w:rPr>
        <w:t>Uočio/la si grešku: mapa RAČUNALO ne pripada ovdje. Preimenuj mapu RAČUNALO u GEOMETRIJSKI PRIBOR.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5. </w:t>
      </w:r>
      <w:r>
        <w:rPr>
          <w:rFonts w:ascii="Calibri" w:hAnsi="Calibri"/>
          <w:color w:val="333333"/>
          <w:sz w:val="21"/>
        </w:rPr>
        <w:t>Obriši podmapu TROKUT iz mape MATEMATIKA.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6. </w:t>
      </w:r>
      <w:r>
        <w:rPr>
          <w:rFonts w:ascii="Calibri" w:hAnsi="Calibri"/>
          <w:color w:val="333333"/>
          <w:sz w:val="21"/>
        </w:rPr>
        <w:t>Postavi prikaz ikona u mapi ŠKOLA na Velike ikone.</w:t>
      </w:r>
    </w:p>
    <w:p>
      <w:pPr>
        <w:keepNext/>
        <w:spacing w:before="160" w:after="40"/>
      </w:pPr>
      <w:r>
        <w:rPr>
          <w:rFonts w:ascii="Calibri" w:hAnsi="Calibri"/>
          <w:b/>
          <w:color w:val="1F4E79"/>
          <w:sz w:val="19"/>
        </w:rPr>
        <w:t>💡 Konačan izgled mapa (Rješenje):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AFAFA"/>
            <w:tcMar>
              <w:top w:w="100" w:type="dxa"/>
              <w:bottom w:w="100" w:type="dxa"/>
              <w:left w:w="150" w:type="dxa"/>
              <w:right w:w="150" w:type="dxa"/>
            </w:tcMar>
            <w:tcBorders>
              <w:top w:val="single" w:sz="4" w:space="0" w:color="D3D3D3"/>
              <w:bottom w:val="single" w:sz="4" w:space="0" w:color="D3D3D3"/>
              <w:left w:val="single" w:sz="4" w:space="0" w:color="D3D3D3"/>
              <w:right w:val="single" w:sz="4" w:space="0" w:color="D3D3D3"/>
            </w:tcBorders>
          </w:tcPr>
          <w:p>
            <w:pPr>
              <w:spacing w:before="0" w:after="0"/>
            </w:pPr>
            <w:r>
              <w:rPr>
                <w:rFonts w:ascii="Consolas" w:hAnsi="Consolas"/>
                <w:color w:val="282828"/>
                <w:sz w:val="19"/>
              </w:rPr>
              <w:t>📁 ŠKOLA</w:t>
              <w:br/>
              <w:t xml:space="preserve"> ├── 📁 HRVATSKI JEZIK</w:t>
              <w:br/>
              <w:t xml:space="preserve"> ├── 📁 INFORMATIKA</w:t>
              <w:br/>
              <w:t xml:space="preserve"> └── 📁 MATEMATIKA</w:t>
              <w:br/>
              <w:t xml:space="preserve">      ├── 📁 GEOMETRIJA</w:t>
              <w:br/>
              <w:t xml:space="preserve">      └── 📁 GEOMETRIJSKI PRIBOR</w:t>
            </w:r>
          </w:p>
        </w:tc>
      </w:tr>
    </w:tbl>
    <w:p>
      <w:pPr>
        <w:spacing w:after="120"/>
      </w:pPr>
    </w:p>
    <w:p>
      <w:pPr>
        <w:pStyle w:val="Heading1"/>
        <w:keepNext/>
        <w:spacing w:before="280" w:after="80"/>
      </w:pPr>
      <w:r>
        <w:rPr>
          <w:rFonts w:ascii="Calibri" w:hAnsi="Calibri"/>
          <w:b/>
          <w:color w:val="1F4E79"/>
          <w:sz w:val="30"/>
        </w:rPr>
        <w:t>VJEŽBA 2: REGIJE I GRADOVI HRVATSKE</w:t>
      </w:r>
    </w:p>
    <w:p>
      <w:pPr>
        <w:spacing w:before="0" w:after="160"/>
      </w:pPr>
      <w:r>
        <w:rPr>
          <w:rFonts w:ascii="Calibri" w:hAnsi="Calibri"/>
          <w:b/>
          <w:color w:val="595959"/>
          <w:sz w:val="20"/>
        </w:rPr>
        <w:t xml:space="preserve">Težište vježbe: </w:t>
      </w:r>
      <w:r>
        <w:rPr>
          <w:rFonts w:ascii="Calibri" w:hAnsi="Calibri"/>
          <w:i/>
          <w:color w:val="595959"/>
          <w:sz w:val="20"/>
        </w:rPr>
        <w:t>Izrada hijerarhije mapa, premještanje i kopiranje.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1. </w:t>
      </w:r>
      <w:r>
        <w:rPr>
          <w:rFonts w:ascii="Calibri" w:hAnsi="Calibri"/>
          <w:color w:val="333333"/>
          <w:sz w:val="21"/>
        </w:rPr>
        <w:t>U mapi svojeg razreda izradi novu mapu pod nazivom HRVATSKA.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2. </w:t>
      </w:r>
      <w:r>
        <w:rPr>
          <w:rFonts w:ascii="Calibri" w:hAnsi="Calibri"/>
          <w:color w:val="333333"/>
          <w:sz w:val="21"/>
        </w:rPr>
        <w:t>U mapi HRVATSKA izradi podmape: KONTINENTALNA i PRIMORSKA.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3. </w:t>
      </w:r>
      <w:r>
        <w:rPr>
          <w:rFonts w:ascii="Calibri" w:hAnsi="Calibri"/>
          <w:color w:val="333333"/>
          <w:sz w:val="21"/>
        </w:rPr>
        <w:t>U mapi KONTINENTALNA izradi podmape: ZAGREB, OSIJEK i SPLIT.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4. </w:t>
      </w:r>
      <w:r>
        <w:rPr>
          <w:rFonts w:ascii="Calibri" w:hAnsi="Calibri"/>
          <w:color w:val="333333"/>
          <w:sz w:val="21"/>
        </w:rPr>
        <w:t>Premjesti mapu SPLIT iz mape KONTINENTALNA u mapu PRIMORSKA.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5. </w:t>
      </w:r>
      <w:r>
        <w:rPr>
          <w:rFonts w:ascii="Calibri" w:hAnsi="Calibri"/>
          <w:color w:val="333333"/>
          <w:sz w:val="21"/>
        </w:rPr>
        <w:t>U mapi PRIMORSKA izradi novu podmapu RIJEKA.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6. </w:t>
      </w:r>
      <w:r>
        <w:rPr>
          <w:rFonts w:ascii="Calibri" w:hAnsi="Calibri"/>
          <w:color w:val="333333"/>
          <w:sz w:val="21"/>
        </w:rPr>
        <w:t>Kopiraj mapu ZAGREB iz mape KONTINENTALNA u mapu PRIMORSKA.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7. </w:t>
      </w:r>
      <w:r>
        <w:rPr>
          <w:rFonts w:ascii="Calibri" w:hAnsi="Calibri"/>
          <w:color w:val="333333"/>
          <w:sz w:val="21"/>
        </w:rPr>
        <w:t>Promijeni izgled ikone za mapu HRVATSKA po vlastitom izboru.</w:t>
      </w:r>
    </w:p>
    <w:p>
      <w:pPr>
        <w:keepNext/>
        <w:spacing w:before="160" w:after="40"/>
      </w:pPr>
      <w:r>
        <w:rPr>
          <w:rFonts w:ascii="Calibri" w:hAnsi="Calibri"/>
          <w:b/>
          <w:color w:val="1F4E79"/>
          <w:sz w:val="19"/>
        </w:rPr>
        <w:t>💡 Konačan izgled mapa (Rješenje):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AFAFA"/>
            <w:tcMar>
              <w:top w:w="100" w:type="dxa"/>
              <w:bottom w:w="100" w:type="dxa"/>
              <w:left w:w="150" w:type="dxa"/>
              <w:right w:w="150" w:type="dxa"/>
            </w:tcMar>
            <w:tcBorders>
              <w:top w:val="single" w:sz="4" w:space="0" w:color="D3D3D3"/>
              <w:bottom w:val="single" w:sz="4" w:space="0" w:color="D3D3D3"/>
              <w:left w:val="single" w:sz="4" w:space="0" w:color="D3D3D3"/>
              <w:right w:val="single" w:sz="4" w:space="0" w:color="D3D3D3"/>
            </w:tcBorders>
          </w:tcPr>
          <w:p>
            <w:pPr>
              <w:spacing w:before="0" w:after="0"/>
            </w:pPr>
            <w:r>
              <w:rPr>
                <w:rFonts w:ascii="Consolas" w:hAnsi="Consolas"/>
                <w:color w:val="282828"/>
                <w:sz w:val="19"/>
              </w:rPr>
              <w:t>📁 HRVATSKA</w:t>
              <w:br/>
              <w:t xml:space="preserve"> ├── 📁 KONTINENTALNA</w:t>
              <w:br/>
              <w:t xml:space="preserve"> │    ├── 📁 OSIJEK</w:t>
              <w:br/>
              <w:t xml:space="preserve"> │    └── 📁 ZAGREB</w:t>
              <w:br/>
              <w:t xml:space="preserve"> └── 📁 PRIMORSKA</w:t>
              <w:br/>
              <w:t xml:space="preserve">      ├── 📁 RIJEKA</w:t>
              <w:br/>
              <w:t xml:space="preserve">      ├── 📁 SPLIT</w:t>
              <w:br/>
              <w:t xml:space="preserve">      └── 📁 ZAGREB (kopija)</w:t>
            </w:r>
          </w:p>
        </w:tc>
      </w:tr>
    </w:tbl>
    <w:p>
      <w:pPr>
        <w:spacing w:after="120"/>
      </w:pPr>
    </w:p>
    <w:p>
      <w:pPr>
        <w:pStyle w:val="Heading1"/>
        <w:keepNext/>
        <w:spacing w:before="280" w:after="80"/>
      </w:pPr>
      <w:r>
        <w:rPr>
          <w:rFonts w:ascii="Calibri" w:hAnsi="Calibri"/>
          <w:b/>
          <w:color w:val="1F4E79"/>
          <w:sz w:val="30"/>
        </w:rPr>
        <w:t>VJEŽBA 3: MOJE SLOBODNO VRIJEME</w:t>
      </w:r>
    </w:p>
    <w:p>
      <w:pPr>
        <w:spacing w:before="0" w:after="160"/>
      </w:pPr>
      <w:r>
        <w:rPr>
          <w:rFonts w:ascii="Calibri" w:hAnsi="Calibri"/>
          <w:b/>
          <w:color w:val="595959"/>
          <w:sz w:val="20"/>
        </w:rPr>
        <w:t xml:space="preserve">Težište vježbe: </w:t>
      </w:r>
      <w:r>
        <w:rPr>
          <w:rFonts w:ascii="Calibri" w:hAnsi="Calibri"/>
          <w:i/>
          <w:color w:val="595959"/>
          <w:sz w:val="20"/>
        </w:rPr>
        <w:t>Više razina mapa, ispravljanje pogrešaka i organizacija.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1. </w:t>
      </w:r>
      <w:r>
        <w:rPr>
          <w:rFonts w:ascii="Calibri" w:hAnsi="Calibri"/>
          <w:color w:val="333333"/>
          <w:sz w:val="21"/>
        </w:rPr>
        <w:t>U mapi svojeg razreda izradi novu mapu pod nazivom SLOBODNO VRIJEME.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2. </w:t>
      </w:r>
      <w:r>
        <w:rPr>
          <w:rFonts w:ascii="Calibri" w:hAnsi="Calibri"/>
          <w:color w:val="333333"/>
          <w:sz w:val="21"/>
        </w:rPr>
        <w:t>U mapi SLOBODNO VRIJEME izradi podmape: SPORTOVI i GLAZBA.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3. </w:t>
      </w:r>
      <w:r>
        <w:rPr>
          <w:rFonts w:ascii="Calibri" w:hAnsi="Calibri"/>
          <w:color w:val="333333"/>
          <w:sz w:val="21"/>
        </w:rPr>
        <w:t>U mapi SPORTOVI izradi podmape: NOGOMET, KOŠARKA i SVIRANJE.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4. </w:t>
      </w:r>
      <w:r>
        <w:rPr>
          <w:rFonts w:ascii="Calibri" w:hAnsi="Calibri"/>
          <w:color w:val="333333"/>
          <w:sz w:val="21"/>
        </w:rPr>
        <w:t>Preimenuj mapu SVIRANJE u TENIS.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5. </w:t>
      </w:r>
      <w:r>
        <w:rPr>
          <w:rFonts w:ascii="Calibri" w:hAnsi="Calibri"/>
          <w:color w:val="333333"/>
          <w:sz w:val="21"/>
        </w:rPr>
        <w:t>U mapi GLAZBA izradi podmape: POP i ROK.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6. </w:t>
      </w:r>
      <w:r>
        <w:rPr>
          <w:rFonts w:ascii="Calibri" w:hAnsi="Calibri"/>
          <w:color w:val="333333"/>
          <w:sz w:val="21"/>
        </w:rPr>
        <w:t>Preimenuj mapu ROK u ROCK.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7. </w:t>
      </w:r>
      <w:r>
        <w:rPr>
          <w:rFonts w:ascii="Calibri" w:hAnsi="Calibri"/>
          <w:color w:val="333333"/>
          <w:sz w:val="21"/>
        </w:rPr>
        <w:t>Slučajno si kopirao/la mapu TENIS u mapu GLAZBA. Obriši tu kopiranu mapu TENIS iz mape GLAZBA.</w:t>
      </w:r>
    </w:p>
    <w:p>
      <w:pPr>
        <w:spacing w:before="40" w:after="80"/>
        <w:ind w:left="360"/>
      </w:pPr>
      <w:r>
        <w:rPr>
          <w:rFonts w:ascii="Calibri" w:hAnsi="Calibri"/>
          <w:b/>
          <w:color w:val="1F4E79"/>
          <w:sz w:val="21"/>
        </w:rPr>
        <w:t xml:space="preserve">8. </w:t>
      </w:r>
      <w:r>
        <w:rPr>
          <w:rFonts w:ascii="Calibri" w:hAnsi="Calibri"/>
          <w:color w:val="333333"/>
          <w:sz w:val="21"/>
        </w:rPr>
        <w:t>Postavi prikaz mapa u mapi SLOBODNO VRIJEME na Vrlo velike ikone.</w:t>
      </w:r>
    </w:p>
    <w:p>
      <w:pPr>
        <w:keepNext/>
        <w:spacing w:before="160" w:after="40"/>
      </w:pPr>
      <w:r>
        <w:rPr>
          <w:rFonts w:ascii="Calibri" w:hAnsi="Calibri"/>
          <w:b/>
          <w:color w:val="1F4E79"/>
          <w:sz w:val="19"/>
        </w:rPr>
        <w:t>💡 Konačan izgled mapa (Rješenje):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AFAFA"/>
            <w:tcMar>
              <w:top w:w="100" w:type="dxa"/>
              <w:bottom w:w="100" w:type="dxa"/>
              <w:left w:w="150" w:type="dxa"/>
              <w:right w:w="150" w:type="dxa"/>
            </w:tcMar>
            <w:tcBorders>
              <w:top w:val="single" w:sz="4" w:space="0" w:color="D3D3D3"/>
              <w:bottom w:val="single" w:sz="4" w:space="0" w:color="D3D3D3"/>
              <w:left w:val="single" w:sz="4" w:space="0" w:color="D3D3D3"/>
              <w:right w:val="single" w:sz="4" w:space="0" w:color="D3D3D3"/>
            </w:tcBorders>
          </w:tcPr>
          <w:p>
            <w:pPr>
              <w:spacing w:before="0" w:after="0"/>
            </w:pPr>
            <w:r>
              <w:rPr>
                <w:rFonts w:ascii="Consolas" w:hAnsi="Consolas"/>
                <w:color w:val="282828"/>
                <w:sz w:val="19"/>
              </w:rPr>
              <w:t>📁 SLOBODNO VRIJEME</w:t>
              <w:br/>
              <w:t xml:space="preserve"> ├── 📁 GLAZBA</w:t>
              <w:br/>
              <w:t xml:space="preserve"> │    ├── 📁 POP</w:t>
              <w:br/>
              <w:t xml:space="preserve"> │    └── 📁 ROCK</w:t>
              <w:br/>
              <w:t xml:space="preserve"> └── 📁 SPORTOVI</w:t>
              <w:br/>
              <w:t xml:space="preserve">      ├── 📁 KOŠARKA</w:t>
              <w:br/>
              <w:t xml:space="preserve">      ├── 📁 NOGOMET</w:t>
              <w:br/>
              <w:t xml:space="preserve">      └── 📁 TENIS</w:t>
            </w:r>
          </w:p>
        </w:tc>
      </w:tr>
    </w:tbl>
    <w:p>
      <w:pPr>
        <w:spacing w:after="1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808080"/>
        <w:sz w:val="18"/>
      </w:rPr>
      <w:t xml:space="preserve">Stranica </w:t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808080"/>
        <w:sz w:val="17"/>
      </w:rPr>
      <w:t>Informatika 5. razred – Praktične vježbe upravljanja mapama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